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Business</w:t>
            </w:r>
          </w:p>
        </w:tc>
        <w:tc>
          <w:tcPr>
            <w:tcW w:type="dxa" w:w="2493"/>
          </w:tcPr>
          <w:p>
            <w:r>
              <w:t>[Your business name, address]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Receipt number</w:t>
            </w:r>
          </w:p>
        </w:tc>
        <w:tc>
          <w:tcPr>
            <w:tcW w:type="dxa" w:w="2493"/>
          </w:tcPr>
          <w:p>
            <w:r>
              <w:t>[R-0001]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Received from</w:t>
            </w:r>
          </w:p>
        </w:tc>
        <w:tc>
          <w:tcPr>
            <w:tcW w:type="dxa" w:w="2493"/>
          </w:tcPr>
          <w:p>
            <w:r>
              <w:t>[Customer name]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Date paid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For invoice</w:t>
            </w:r>
          </w:p>
        </w:tc>
        <w:tc>
          <w:tcPr>
            <w:tcW w:type="dxa" w:w="2493"/>
          </w:tcPr>
          <w:p>
            <w:r>
              <w:t>[INV-0001]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Payment method</w:t>
            </w:r>
          </w:p>
        </w:tc>
        <w:tc>
          <w:tcPr>
            <w:tcW w:type="dxa" w:w="2493"/>
          </w:tcPr>
          <w:p>
            <w:r>
              <w:t>[Cash / card / bank transfer]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4986"/>
          </w:tcPr>
          <w:p>
            <w:r>
              <w:rPr>
                <w:b/>
              </w:rPr>
              <w:t>Amount (£)</w:t>
            </w:r>
          </w:p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Total received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Balance outstanding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</w:tbl>
    <w:p/>
    <w:p>
      <w:r>
        <w:rPr>
          <w:b w:val="0"/>
        </w:rPr>
        <w:t>Thank you for your payment.</w:t>
      </w:r>
    </w:p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