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F2A44"/>
          <w:sz w:val="44"/>
        </w:rPr>
        <w:t>JOB SHEET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>
              <w:rPr>
                <w:b/>
              </w:rPr>
              <w:t>Job number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>
              <w:rPr>
                <w:b/>
              </w:rPr>
              <w:t>Date</w:t>
            </w:r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>
              <w:rPr>
                <w:b/>
              </w:rPr>
              <w:t>Engineer / operative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>
              <w:rPr>
                <w:b/>
              </w:rPr>
              <w:t>Arrival / departure time</w:t>
            </w:r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>
              <w:rPr>
                <w:b/>
              </w:rPr>
              <w:t>Customer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>
              <w:rPr>
                <w:b/>
              </w:rPr>
              <w:t>Phone</w:t>
            </w:r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>
              <w:rPr>
                <w:b/>
              </w:rPr>
              <w:t>Site address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>
              <w:rPr>
                <w:b/>
              </w:rPr>
              <w:t>Access / key notes</w:t>
            </w:r>
          </w:p>
        </w:tc>
        <w:tc>
          <w:tcPr>
            <w:tcW w:type="dxa" w:w="2493"/>
          </w:tcPr>
          <w:p>
            <w:r/>
          </w:p>
        </w:tc>
      </w:tr>
    </w:tbl>
    <w:p/>
    <w:p>
      <w:r>
        <w:rPr>
          <w:b/>
        </w:rPr>
        <w:t>Work requested</w:t>
      </w:r>
    </w:p>
    <w:p>
      <w:r>
        <w:br/>
        <w:br/>
      </w:r>
    </w:p>
    <w:p>
      <w:r>
        <w:rPr>
          <w:b/>
        </w:rPr>
        <w:t>Work carried out</w:t>
      </w:r>
    </w:p>
    <w:p>
      <w:r>
        <w:br/>
        <w:br/>
        <w:br/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>
              <w:rPr>
                <w:b/>
              </w:rPr>
              <w:t>Materials used</w:t>
            </w:r>
          </w:p>
        </w:tc>
        <w:tc>
          <w:tcPr>
            <w:tcW w:type="dxa" w:w="2493"/>
          </w:tcPr>
          <w:p>
            <w:r>
              <w:rPr>
                <w:b/>
              </w:rPr>
              <w:t>Qty</w:t>
            </w:r>
          </w:p>
        </w:tc>
        <w:tc>
          <w:tcPr>
            <w:tcW w:type="dxa" w:w="2493"/>
          </w:tcPr>
          <w:p>
            <w:r>
              <w:rPr>
                <w:b/>
              </w:rPr>
              <w:t>Unit cost</w:t>
            </w:r>
          </w:p>
        </w:tc>
        <w:tc>
          <w:tcPr>
            <w:tcW w:type="dxa" w:w="2493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>
              <w:rPr>
                <w:b/>
              </w:rPr>
              <w:t>Labour hours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>
              <w:rPr>
                <w:b/>
              </w:rPr>
              <w:t>Travel time</w:t>
            </w:r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>
              <w:rPr>
                <w:b/>
              </w:rPr>
              <w:t>Further work needed?</w:t>
            </w:r>
          </w:p>
        </w:tc>
        <w:tc>
          <w:tcPr>
            <w:tcW w:type="dxa" w:w="2493"/>
          </w:tcPr>
          <w:p>
            <w:r>
              <w:t>[Yes / No: details]</w:t>
            </w:r>
          </w:p>
        </w:tc>
        <w:tc>
          <w:tcPr>
            <w:tcW w:type="dxa" w:w="2493"/>
          </w:tcPr>
          <w:p>
            <w:r>
              <w:rPr>
                <w:b/>
              </w:rPr>
              <w:t>Certificate issued?</w:t>
            </w:r>
          </w:p>
        </w:tc>
        <w:tc>
          <w:tcPr>
            <w:tcW w:type="dxa" w:w="2493"/>
          </w:tcPr>
          <w:p>
            <w:r>
              <w:t>[EICR / CP12 / other: number]</w:t>
            </w:r>
          </w:p>
        </w:tc>
      </w:tr>
    </w:tbl>
    <w:p/>
    <w:p>
      <w:r>
        <w:rPr>
          <w:b/>
        </w:rPr>
        <w:t>Checklist</w:t>
      </w:r>
    </w:p>
    <w:p>
      <w:r>
        <w:t>☐ Before photos taken</w:t>
      </w:r>
    </w:p>
    <w:p>
      <w:r>
        <w:t>☐ After photos taken</w:t>
      </w:r>
    </w:p>
    <w:p>
      <w:r>
        <w:t>☐ Area left clean and safe</w:t>
      </w:r>
    </w:p>
    <w:p>
      <w:r>
        <w:t>☐ Customer shown the work</w:t>
      </w:r>
    </w:p>
    <w:p>
      <w:r>
        <w:t>☐ Waste removed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>
              <w:rPr>
                <w:b/>
              </w:rPr>
              <w:t>Customer signature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>
              <w:rPr>
                <w:b/>
              </w:rPr>
              <w:t>Engineer signature</w:t>
            </w:r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>
              <w:rPr>
                <w:b/>
              </w:rPr>
              <w:t>Customer name (print)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>
              <w:rPr>
                <w:b/>
              </w:rPr>
              <w:t>Date</w:t>
            </w:r>
          </w:p>
        </w:tc>
        <w:tc>
          <w:tcPr>
            <w:tcW w:type="dxa" w:w="2493"/>
          </w:tcPr>
          <w:p>
            <w:r/>
          </w:p>
        </w:tc>
      </w:tr>
    </w:tbl>
    <w:p/>
    <w:p>
      <w:r>
        <w:rPr>
          <w:i/>
          <w:color w:val="5B6675"/>
          <w:sz w:val="16"/>
        </w:rPr>
        <w:t>Free template from softwarefortradespeople.com. Edit freely. Not legal or tax advice.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